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775876" w14:textId="77777777" w:rsidR="00485E87" w:rsidRPr="005023B7" w:rsidRDefault="00000000" w:rsidP="005023B7">
      <w:pPr>
        <w:pStyle w:val="Ttulo1"/>
        <w:jc w:val="center"/>
        <w:rPr>
          <w:color w:val="auto"/>
          <w:lang w:val="pt-BR"/>
        </w:rPr>
      </w:pPr>
      <w:r w:rsidRPr="005023B7">
        <w:rPr>
          <w:color w:val="auto"/>
          <w:lang w:val="pt-BR"/>
        </w:rPr>
        <w:t>ANEXO IX</w:t>
      </w:r>
    </w:p>
    <w:p w14:paraId="10897BD7" w14:textId="77777777" w:rsidR="00485E87" w:rsidRPr="005023B7" w:rsidRDefault="00000000" w:rsidP="005023B7">
      <w:pPr>
        <w:pStyle w:val="CitaoIntensa"/>
        <w:jc w:val="center"/>
        <w:rPr>
          <w:color w:val="auto"/>
          <w:lang w:val="pt-BR"/>
        </w:rPr>
      </w:pPr>
      <w:r w:rsidRPr="005023B7">
        <w:rPr>
          <w:color w:val="auto"/>
          <w:lang w:val="pt-BR"/>
        </w:rPr>
        <w:t>AUTODECLARAÇÃO</w:t>
      </w:r>
      <w:r w:rsidRPr="005023B7">
        <w:rPr>
          <w:color w:val="auto"/>
          <w:lang w:val="pt-BR"/>
        </w:rPr>
        <w:br/>
        <w:t>(de ter cursado integralmente o Ensino Médio em escola pública)</w:t>
      </w:r>
    </w:p>
    <w:p w14:paraId="28BE511F" w14:textId="77777777" w:rsidR="005023B7" w:rsidRDefault="00000000" w:rsidP="005023B7">
      <w:pPr>
        <w:jc w:val="both"/>
        <w:rPr>
          <w:lang w:val="pt-BR"/>
        </w:rPr>
      </w:pPr>
      <w:r w:rsidRPr="005023B7">
        <w:rPr>
          <w:lang w:val="pt-BR"/>
        </w:rPr>
        <w:br/>
        <w:t>Eu, ____________________________________________________________________________, de nacionalidade ________________________________, portador(a) da cédula de identidade nº _________________________, expedida em ____/____/________, e CPF nº ________________.________________.________________-____,</w:t>
      </w:r>
      <w:r w:rsidRPr="005023B7">
        <w:rPr>
          <w:lang w:val="pt-BR"/>
        </w:rPr>
        <w:br/>
      </w:r>
      <w:r w:rsidRPr="005023B7">
        <w:rPr>
          <w:lang w:val="pt-BR"/>
        </w:rPr>
        <w:br/>
        <w:t>DECLARO ter cursado integralmente todos os anos do Ensino Médio em escola pública, para fins de reserva de vaga a egresso de escola pública em processo seletivo do IFPA. Comprometo-me a comprovar tal condição ao IFPA quando solicitado, sob pena de eliminação do processo seletivo, da perda do direito à vaga ou do cancelamento da matrícula.</w:t>
      </w:r>
      <w:r w:rsidRPr="005023B7">
        <w:rPr>
          <w:lang w:val="pt-BR"/>
        </w:rPr>
        <w:br/>
      </w:r>
      <w:r w:rsidRPr="005023B7">
        <w:rPr>
          <w:lang w:val="pt-BR"/>
        </w:rPr>
        <w:br/>
        <w:t>DECLARO a veracidade das informações prestadas e atesto estar ciente sobre o artigo 299 do Código Penal Brasileiro que dispõe ser crime "omitir, em documento público ou particular, declaração que dele devia constar ou nele inserir declaração falsa ou diversa da que deveria ser escrita com fim de prejudicar direito, criar obrigação ou alterar a verdade sobre fato juridicamente relevante".</w:t>
      </w:r>
      <w:r w:rsidRPr="005023B7">
        <w:rPr>
          <w:lang w:val="pt-BR"/>
        </w:rPr>
        <w:br/>
      </w:r>
      <w:r w:rsidRPr="005023B7">
        <w:rPr>
          <w:lang w:val="pt-BR"/>
        </w:rPr>
        <w:br/>
        <w:t>AUTORIZO o IFPA a verificar as informações prestadas, ciente de que a omissão ou falsidade das informações resultará nas punições cabíveis.</w:t>
      </w:r>
      <w:r w:rsidRPr="005023B7">
        <w:rPr>
          <w:lang w:val="pt-BR"/>
        </w:rPr>
        <w:br/>
      </w:r>
      <w:r w:rsidRPr="005023B7">
        <w:rPr>
          <w:lang w:val="pt-BR"/>
        </w:rPr>
        <w:br/>
        <w:t>Por ser a expressão da verdade, firmo a presente declaração para efeitos legais.</w:t>
      </w:r>
      <w:r w:rsidRPr="005023B7">
        <w:rPr>
          <w:lang w:val="pt-BR"/>
        </w:rPr>
        <w:br/>
      </w:r>
      <w:r w:rsidRPr="005023B7">
        <w:rPr>
          <w:lang w:val="pt-BR"/>
        </w:rPr>
        <w:br/>
      </w:r>
    </w:p>
    <w:p w14:paraId="7AB14105" w14:textId="49D9140C" w:rsidR="005023B7" w:rsidRDefault="00000000" w:rsidP="005023B7">
      <w:pPr>
        <w:jc w:val="right"/>
        <w:rPr>
          <w:lang w:val="pt-BR"/>
        </w:rPr>
      </w:pPr>
      <w:r w:rsidRPr="005023B7">
        <w:rPr>
          <w:lang w:val="pt-BR"/>
        </w:rPr>
        <w:t xml:space="preserve">______________________________________, ______ de ____________________ </w:t>
      </w:r>
      <w:proofErr w:type="spellStart"/>
      <w:r w:rsidRPr="005023B7">
        <w:rPr>
          <w:lang w:val="pt-BR"/>
        </w:rPr>
        <w:t>de</w:t>
      </w:r>
      <w:proofErr w:type="spellEnd"/>
      <w:r w:rsidRPr="005023B7">
        <w:rPr>
          <w:lang w:val="pt-BR"/>
        </w:rPr>
        <w:t xml:space="preserve"> _______.</w:t>
      </w:r>
      <w:r w:rsidRPr="005023B7">
        <w:rPr>
          <w:lang w:val="pt-BR"/>
        </w:rPr>
        <w:br/>
      </w:r>
      <w:r w:rsidRPr="005023B7">
        <w:rPr>
          <w:lang w:val="pt-BR"/>
        </w:rPr>
        <w:br/>
      </w:r>
      <w:r w:rsidR="005023B7">
        <w:rPr>
          <w:lang w:val="pt-BR"/>
        </w:rPr>
        <w:t xml:space="preserve">                       </w:t>
      </w:r>
      <w:proofErr w:type="gramStart"/>
      <w:r w:rsidR="005023B7">
        <w:rPr>
          <w:lang w:val="pt-BR"/>
        </w:rPr>
        <w:t xml:space="preserve">   </w:t>
      </w:r>
      <w:r w:rsidRPr="005023B7">
        <w:rPr>
          <w:lang w:val="pt-BR"/>
        </w:rPr>
        <w:t>(</w:t>
      </w:r>
      <w:proofErr w:type="gramEnd"/>
      <w:r w:rsidRPr="005023B7">
        <w:rPr>
          <w:lang w:val="pt-BR"/>
        </w:rPr>
        <w:t>localidade) </w:t>
      </w:r>
      <w:r w:rsidR="005023B7">
        <w:rPr>
          <w:lang w:val="pt-BR"/>
        </w:rPr>
        <w:t xml:space="preserve">                 </w:t>
      </w:r>
      <w:r w:rsidR="005023B7" w:rsidRPr="005023B7">
        <w:rPr>
          <w:lang w:val="pt-BR"/>
        </w:rPr>
        <w:t>(dia)</w:t>
      </w:r>
      <w:r w:rsidR="005023B7">
        <w:rPr>
          <w:lang w:val="pt-BR"/>
        </w:rPr>
        <w:t xml:space="preserve">           </w:t>
      </w:r>
      <w:r w:rsidR="005023B7" w:rsidRPr="005023B7">
        <w:rPr>
          <w:lang w:val="pt-BR"/>
        </w:rPr>
        <w:t>  (mês)  </w:t>
      </w:r>
      <w:r w:rsidR="005023B7">
        <w:rPr>
          <w:lang w:val="pt-BR"/>
        </w:rPr>
        <w:t xml:space="preserve">  </w:t>
      </w:r>
      <w:r w:rsidR="005023B7" w:rsidRPr="005023B7">
        <w:rPr>
          <w:lang w:val="pt-BR"/>
        </w:rPr>
        <w:t xml:space="preserve">   (ano)</w:t>
      </w:r>
      <w:r w:rsidRPr="005023B7">
        <w:rPr>
          <w:lang w:val="pt-BR"/>
        </w:rPr>
        <w:br/>
      </w:r>
      <w:r w:rsidRPr="005023B7">
        <w:rPr>
          <w:lang w:val="pt-BR"/>
        </w:rPr>
        <w:br/>
      </w:r>
    </w:p>
    <w:p w14:paraId="056099D6" w14:textId="51E9355E" w:rsidR="00485E87" w:rsidRPr="005023B7" w:rsidRDefault="00000000" w:rsidP="00962C9C">
      <w:pPr>
        <w:rPr>
          <w:lang w:val="pt-BR"/>
        </w:rPr>
      </w:pPr>
      <w:r w:rsidRPr="005023B7">
        <w:rPr>
          <w:lang w:val="pt-BR"/>
        </w:rPr>
        <w:t>Assinatura do(a) candidato(a): _______________________________________________</w:t>
      </w:r>
      <w:r w:rsidRPr="005023B7">
        <w:rPr>
          <w:lang w:val="pt-BR"/>
        </w:rPr>
        <w:br/>
      </w:r>
      <w:r w:rsidRPr="005023B7">
        <w:rPr>
          <w:lang w:val="pt-BR"/>
        </w:rPr>
        <w:br/>
        <w:t>Assinatura do Responsável: _______________________________________________</w:t>
      </w:r>
      <w:r w:rsidRPr="005023B7">
        <w:rPr>
          <w:lang w:val="pt-BR"/>
        </w:rPr>
        <w:br/>
      </w:r>
      <w:r w:rsidRPr="005023B7">
        <w:rPr>
          <w:lang w:val="pt-BR"/>
        </w:rPr>
        <w:lastRenderedPageBreak/>
        <w:t>(se o(a) candidato(a) for menor de 18 anos)</w:t>
      </w:r>
      <w:r w:rsidRPr="005023B7">
        <w:rPr>
          <w:lang w:val="pt-BR"/>
        </w:rPr>
        <w:br/>
      </w:r>
      <w:r w:rsidRPr="005023B7">
        <w:rPr>
          <w:lang w:val="pt-BR"/>
        </w:rPr>
        <w:br/>
      </w:r>
      <w:r w:rsidRPr="005023B7">
        <w:rPr>
          <w:lang w:val="pt-BR"/>
        </w:rPr>
        <w:br/>
        <w:t>*O Decreto-Lei n° 2.848, de 07 de dezembro de 1940 – Código Penal - Falsidade ideológica:</w:t>
      </w:r>
      <w:r w:rsidRPr="005023B7">
        <w:rPr>
          <w:lang w:val="pt-BR"/>
        </w:rPr>
        <w:br/>
        <w:t>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r w:rsidR="005023B7">
        <w:rPr>
          <w:lang w:val="pt-BR"/>
        </w:rPr>
        <w:t xml:space="preserve"> </w:t>
      </w:r>
      <w:r w:rsidRPr="005023B7">
        <w:rPr>
          <w:lang w:val="pt-BR"/>
        </w:rPr>
        <w:t>Pena: Reclusão de um a cinco anos e multa, se o documento é público, e reclusão de um a três anos e multa, se o documento é particular.</w:t>
      </w:r>
      <w:r w:rsidRPr="005023B7">
        <w:rPr>
          <w:lang w:val="pt-BR"/>
        </w:rPr>
        <w:br/>
      </w:r>
    </w:p>
    <w:sectPr w:rsidR="00485E87" w:rsidRPr="005023B7"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2FA23" w14:textId="77777777" w:rsidR="00B00724" w:rsidRDefault="00B00724" w:rsidP="004F350D">
      <w:pPr>
        <w:spacing w:after="0" w:line="240" w:lineRule="auto"/>
      </w:pPr>
      <w:r>
        <w:separator/>
      </w:r>
    </w:p>
  </w:endnote>
  <w:endnote w:type="continuationSeparator" w:id="0">
    <w:p w14:paraId="2E9228B6" w14:textId="77777777" w:rsidR="00B00724" w:rsidRDefault="00B00724" w:rsidP="004F3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B646C9" w14:textId="77777777" w:rsidR="00B00724" w:rsidRDefault="00B00724" w:rsidP="004F350D">
      <w:pPr>
        <w:spacing w:after="0" w:line="240" w:lineRule="auto"/>
      </w:pPr>
      <w:r>
        <w:separator/>
      </w:r>
    </w:p>
  </w:footnote>
  <w:footnote w:type="continuationSeparator" w:id="0">
    <w:p w14:paraId="05DE973A" w14:textId="77777777" w:rsidR="00B00724" w:rsidRDefault="00B00724" w:rsidP="004F3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7458C" w14:textId="77777777" w:rsidR="004F350D" w:rsidRDefault="004F350D" w:rsidP="004F350D">
    <w:pPr>
      <w:spacing w:after="5" w:line="259" w:lineRule="auto"/>
      <w:ind w:right="279"/>
      <w:jc w:val="center"/>
      <w:rPr>
        <w:rFonts w:ascii="Arial" w:eastAsia="Arial" w:hAnsi="Arial" w:cs="Arial"/>
        <w:sz w:val="20"/>
      </w:rPr>
    </w:pPr>
  </w:p>
  <w:p w14:paraId="18F3ED58" w14:textId="77777777" w:rsidR="004F350D" w:rsidRDefault="004F350D" w:rsidP="004F350D">
    <w:pPr>
      <w:spacing w:after="5" w:line="259" w:lineRule="auto"/>
      <w:ind w:right="279"/>
      <w:jc w:val="center"/>
      <w:rPr>
        <w:rFonts w:ascii="Arial" w:eastAsia="Arial" w:hAnsi="Arial" w:cs="Arial"/>
        <w:sz w:val="20"/>
      </w:rPr>
    </w:pPr>
  </w:p>
  <w:p w14:paraId="60E50882" w14:textId="77777777" w:rsidR="004F350D" w:rsidRDefault="004F350D" w:rsidP="004F350D">
    <w:pPr>
      <w:spacing w:after="5" w:line="259" w:lineRule="auto"/>
      <w:ind w:right="279"/>
      <w:jc w:val="center"/>
      <w:rPr>
        <w:rFonts w:ascii="Arial" w:eastAsia="Arial" w:hAnsi="Arial" w:cs="Arial"/>
        <w:sz w:val="20"/>
      </w:rPr>
    </w:pPr>
  </w:p>
  <w:p w14:paraId="4D843E44" w14:textId="77777777" w:rsidR="004F350D" w:rsidRPr="004F350D" w:rsidRDefault="004F350D" w:rsidP="004F350D">
    <w:pPr>
      <w:spacing w:after="5" w:line="259" w:lineRule="auto"/>
      <w:ind w:right="279"/>
      <w:jc w:val="center"/>
      <w:rPr>
        <w:lang w:val="pt-BR"/>
      </w:rPr>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7F3FB82C" wp14:editId="4A89767B">
              <wp:simplePos x="0" y="0"/>
              <wp:positionH relativeFrom="page">
                <wp:posOffset>330200</wp:posOffset>
              </wp:positionH>
              <wp:positionV relativeFrom="page">
                <wp:posOffset>1492250</wp:posOffset>
              </wp:positionV>
              <wp:extent cx="6845300" cy="12700"/>
              <wp:effectExtent l="0" t="0" r="0" b="0"/>
              <wp:wrapSquare wrapText="bothSides"/>
              <wp:docPr id="2050699305" name="Group 224134"/>
              <wp:cNvGraphicFramePr/>
              <a:graphic xmlns:a="http://schemas.openxmlformats.org/drawingml/2006/main">
                <a:graphicData uri="http://schemas.microsoft.com/office/word/2010/wordprocessingGroup">
                  <wpg:wgp>
                    <wpg:cNvGrpSpPr/>
                    <wpg:grpSpPr>
                      <a:xfrm>
                        <a:off x="0" y="0"/>
                        <a:ext cx="6845300" cy="12700"/>
                        <a:chOff x="0" y="0"/>
                        <a:chExt cx="6845300" cy="12700"/>
                      </a:xfrm>
                    </wpg:grpSpPr>
                    <wps:wsp>
                      <wps:cNvPr id="1524540041" name="Shape 224135"/>
                      <wps:cNvSpPr/>
                      <wps:spPr>
                        <a:xfrm>
                          <a:off x="0" y="0"/>
                          <a:ext cx="6845300" cy="0"/>
                        </a:xfrm>
                        <a:custGeom>
                          <a:avLst/>
                          <a:gdLst/>
                          <a:ahLst/>
                          <a:cxnLst/>
                          <a:rect l="0" t="0" r="0" b="0"/>
                          <a:pathLst>
                            <a:path w="6845300">
                              <a:moveTo>
                                <a:pt x="0" y="0"/>
                              </a:moveTo>
                              <a:lnTo>
                                <a:pt x="68453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w16sdtfl="http://schemas.microsoft.com/office/word/2024/wordml/sdtformatlock">
          <w:pict>
            <v:group w14:anchorId="44E327E2" id="Group 224134" o:spid="_x0000_s1026" style="position:absolute;margin-left:26pt;margin-top:117.5pt;width:539pt;height:1pt;z-index:251659264;mso-position-horizontal-relative:page;mso-position-vertical-relative:page" coordsize="6845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">
              <v:shape id="Shape 224135" o:spid="_x0000_s1027" style="position:absolute;width:68453;height:0;visibility:visible;mso-wrap-style:square;v-text-anchor:top" coordsize="6845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" path="m,l6845300,e" filled="f" strokeweight="1pt">
                <v:stroke miterlimit="83231f" joinstyle="miter"/>
                <v:path arrowok="t" textboxrect="0,0,6845300,0"/>
              </v:shape>
              <w10:wrap type="square" anchorx="page" anchory="page"/>
            </v:group>
          </w:pict>
        </mc:Fallback>
      </mc:AlternateContent>
    </w:r>
    <w:r>
      <w:rPr>
        <w:noProof/>
      </w:rPr>
      <w:drawing>
        <wp:anchor distT="0" distB="0" distL="114300" distR="114300" simplePos="0" relativeHeight="251660288" behindDoc="0" locked="0" layoutInCell="1" allowOverlap="0" wp14:anchorId="16932853" wp14:editId="267EB140">
          <wp:simplePos x="0" y="0"/>
          <wp:positionH relativeFrom="page">
            <wp:posOffset>3421225</wp:posOffset>
          </wp:positionH>
          <wp:positionV relativeFrom="page">
            <wp:posOffset>206375</wp:posOffset>
          </wp:positionV>
          <wp:extent cx="666750" cy="657225"/>
          <wp:effectExtent l="0" t="0" r="0" b="0"/>
          <wp:wrapSquare wrapText="bothSides"/>
          <wp:docPr id="1541396238" name="Picture 575" descr="Desenho de personagem de desenhos animados com texto preto sobre fundo branco&#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1541396238" name="Picture 575" descr="Desenho de personagem de desenhos animados com texto preto sobre fundo branco&#10;&#10;O conteúdo gerado por IA pode estar incorreto."/>
                  <pic:cNvPicPr/>
                </pic:nvPicPr>
                <pic:blipFill>
                  <a:blip r:embed="rId1"/>
                  <a:stretch>
                    <a:fillRect/>
                  </a:stretch>
                </pic:blipFill>
                <pic:spPr>
                  <a:xfrm>
                    <a:off x="0" y="0"/>
                    <a:ext cx="666750" cy="657225"/>
                  </a:xfrm>
                  <a:prstGeom prst="rect">
                    <a:avLst/>
                  </a:prstGeom>
                </pic:spPr>
              </pic:pic>
            </a:graphicData>
          </a:graphic>
        </wp:anchor>
      </w:drawing>
    </w:r>
    <w:r w:rsidRPr="004F350D">
      <w:rPr>
        <w:rFonts w:ascii="Arial" w:eastAsia="Arial" w:hAnsi="Arial" w:cs="Arial"/>
        <w:sz w:val="20"/>
        <w:lang w:val="pt-BR"/>
      </w:rPr>
      <w:t>SERVIÇO PÚBLICO FEDERAL</w:t>
    </w:r>
  </w:p>
  <w:p w14:paraId="655584C7" w14:textId="77777777" w:rsidR="004F350D" w:rsidRPr="004F350D" w:rsidRDefault="004F350D" w:rsidP="004F350D">
    <w:pPr>
      <w:spacing w:after="5" w:line="259" w:lineRule="auto"/>
      <w:ind w:right="223"/>
      <w:jc w:val="center"/>
      <w:rPr>
        <w:lang w:val="pt-BR"/>
      </w:rPr>
    </w:pPr>
    <w:r w:rsidRPr="004F350D">
      <w:rPr>
        <w:rFonts w:ascii="Arial" w:eastAsia="Arial" w:hAnsi="Arial" w:cs="Arial"/>
        <w:sz w:val="20"/>
        <w:lang w:val="pt-BR"/>
      </w:rPr>
      <w:t>MINISTÉRIO DA EDUCAÇÃO</w:t>
    </w:r>
  </w:p>
  <w:p w14:paraId="1CD3AA79" w14:textId="6E44160D" w:rsidR="004F350D" w:rsidRPr="004F350D" w:rsidRDefault="004F350D" w:rsidP="004F350D">
    <w:pPr>
      <w:spacing w:after="0" w:line="265" w:lineRule="auto"/>
      <w:ind w:left="200" w:right="479"/>
      <w:jc w:val="center"/>
      <w:rPr>
        <w:lang w:val="pt-BR"/>
      </w:rPr>
    </w:pPr>
    <w:r w:rsidRPr="004F350D">
      <w:rPr>
        <w:rFonts w:ascii="Arial" w:eastAsia="Arial" w:hAnsi="Arial" w:cs="Arial"/>
        <w:sz w:val="20"/>
        <w:lang w:val="pt-BR"/>
      </w:rPr>
      <w:t>INSTITUTO FEDERAL DE EDUCAÇÃO, CIÊNCIA E TECNOLOGIA DA PARÁ - CAMPUS SANTARÉM EDITAL Nº XXX – DE XX DE XXXXXXXX DE 202</w:t>
    </w:r>
    <w:r w:rsidR="00D34CBF">
      <w:rPr>
        <w:rFonts w:ascii="Arial" w:eastAsia="Arial" w:hAnsi="Arial" w:cs="Arial"/>
        <w:sz w:val="20"/>
        <w:lang w:val="pt-BR"/>
      </w:rPr>
      <w:t>6</w:t>
    </w:r>
  </w:p>
  <w:p w14:paraId="459C69B8" w14:textId="77777777" w:rsidR="004F350D" w:rsidRPr="004F350D" w:rsidRDefault="004F350D">
    <w:pPr>
      <w:pStyle w:val="Cabealho"/>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200052769">
    <w:abstractNumId w:val="8"/>
  </w:num>
  <w:num w:numId="2" w16cid:durableId="935207409">
    <w:abstractNumId w:val="6"/>
  </w:num>
  <w:num w:numId="3" w16cid:durableId="21828356">
    <w:abstractNumId w:val="5"/>
  </w:num>
  <w:num w:numId="4" w16cid:durableId="869951937">
    <w:abstractNumId w:val="4"/>
  </w:num>
  <w:num w:numId="5" w16cid:durableId="1827433127">
    <w:abstractNumId w:val="7"/>
  </w:num>
  <w:num w:numId="6" w16cid:durableId="1985355286">
    <w:abstractNumId w:val="3"/>
  </w:num>
  <w:num w:numId="7" w16cid:durableId="783573471">
    <w:abstractNumId w:val="2"/>
  </w:num>
  <w:num w:numId="8" w16cid:durableId="1258249256">
    <w:abstractNumId w:val="1"/>
  </w:num>
  <w:num w:numId="9" w16cid:durableId="138617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6622d83d-504c-45e0-8e7f-06be85a0a579"/>
  </w:docVars>
  <w:rsids>
    <w:rsidRoot w:val="00B47730"/>
    <w:rsid w:val="00034616"/>
    <w:rsid w:val="0006063C"/>
    <w:rsid w:val="0015074B"/>
    <w:rsid w:val="0029639D"/>
    <w:rsid w:val="00326F90"/>
    <w:rsid w:val="003F5285"/>
    <w:rsid w:val="00422B1C"/>
    <w:rsid w:val="00485E87"/>
    <w:rsid w:val="004F350D"/>
    <w:rsid w:val="005023B7"/>
    <w:rsid w:val="00584D87"/>
    <w:rsid w:val="00840039"/>
    <w:rsid w:val="00962C9C"/>
    <w:rsid w:val="00AA1D8D"/>
    <w:rsid w:val="00B00724"/>
    <w:rsid w:val="00B15DE2"/>
    <w:rsid w:val="00B47730"/>
    <w:rsid w:val="00CB0664"/>
    <w:rsid w:val="00D34CBF"/>
    <w:rsid w:val="00F5721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A90A6C"/>
  <w14:defaultImageDpi w14:val="300"/>
  <w15:docId w15:val="{854F1B3E-4137-46E5-A519-73C20E3B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Raimundo Nonato Colares Camargo Júnior</cp:lastModifiedBy>
  <cp:revision>2</cp:revision>
  <cp:lastPrinted>2025-06-25T11:55:00Z</cp:lastPrinted>
  <dcterms:created xsi:type="dcterms:W3CDTF">2026-04-12T02:46:00Z</dcterms:created>
  <dcterms:modified xsi:type="dcterms:W3CDTF">2026-04-12T02:46:00Z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422b2ad8-b073-4f15-a8af-c2a32e21a14d</vt:lpwstr>
  </property>
</Properties>
</file>